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FD048" w14:textId="77777777" w:rsidR="00A441C6" w:rsidRDefault="00000000">
      <w:pPr>
        <w:jc w:val="center"/>
      </w:pPr>
      <w:r>
        <w:rPr>
          <w:noProof/>
        </w:rPr>
        <w:drawing>
          <wp:inline distT="0" distB="0" distL="0" distR="0" wp14:anchorId="3AD4E4CC" wp14:editId="145A4053">
            <wp:extent cx="6548120" cy="91884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do_Cup_2026_Titelseit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8120" cy="918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5380"/>
        <w:gridCol w:w="461"/>
      </w:tblGrid>
      <w:tr w:rsidR="00A441C6" w14:paraId="56CB5974" w14:textId="77777777">
        <w:trPr>
          <w:gridAfter w:val="1"/>
          <w:wAfter w:w="461" w:type="dxa"/>
          <w:jc w:val="center"/>
        </w:trPr>
        <w:tc>
          <w:tcPr>
            <w:tcW w:w="10312" w:type="dxa"/>
            <w:gridSpan w:val="2"/>
            <w:shd w:val="clear" w:color="auto" w:fill="C8102E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D6640A8" w14:textId="77777777" w:rsidR="00A441C6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lastRenderedPageBreak/>
              <w:t>EVENT INFORMATION</w:t>
            </w:r>
            <w:r>
              <w:rPr>
                <w:color w:val="FFFFFF"/>
                <w:sz w:val="17"/>
              </w:rPr>
              <w:br/>
              <w:t>VERANSTALTUNGSINFORMATIONEN</w:t>
            </w:r>
          </w:p>
        </w:tc>
      </w:tr>
      <w:tr w:rsidR="00A441C6" w14:paraId="5584F222" w14:textId="7777777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2338AAF" w14:textId="77777777" w:rsidR="00A441C6" w:rsidRDefault="00000000">
            <w:r>
              <w:rPr>
                <w:b/>
                <w:color w:val="AA142D"/>
              </w:rPr>
              <w:t>Datum / Date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Samstag, 10.10.2026</w:t>
            </w:r>
          </w:p>
        </w:tc>
        <w:tc>
          <w:tcPr>
            <w:tcW w:w="4932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E5C49B9" w14:textId="77777777" w:rsidR="00A441C6" w:rsidRDefault="00000000">
            <w:r>
              <w:rPr>
                <w:b/>
                <w:color w:val="AA142D"/>
              </w:rPr>
              <w:t>Date / Datum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Saturday, October 10, 2026</w:t>
            </w:r>
          </w:p>
        </w:tc>
      </w:tr>
      <w:tr w:rsidR="00A441C6" w14:paraId="599D8D3C" w14:textId="7777777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849D778" w14:textId="77777777" w:rsidR="00A441C6" w:rsidRDefault="00000000">
            <w:r>
              <w:rPr>
                <w:b/>
                <w:color w:val="AA142D"/>
              </w:rPr>
              <w:t>Ort / Place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Sporthalle Onkel-Tom</w:t>
            </w:r>
            <w:r>
              <w:rPr>
                <w:sz w:val="17"/>
              </w:rPr>
              <w:br/>
              <w:t>Onkel-Tom-Straße 58</w:t>
            </w:r>
            <w:r>
              <w:rPr>
                <w:sz w:val="17"/>
              </w:rPr>
              <w:br/>
              <w:t>14169 Berlin, Deutschland</w:t>
            </w:r>
          </w:p>
        </w:tc>
        <w:tc>
          <w:tcPr>
            <w:tcW w:w="4932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3DBFD9E" w14:textId="77777777" w:rsidR="00A441C6" w:rsidRDefault="00000000">
            <w:r>
              <w:rPr>
                <w:b/>
                <w:color w:val="AA142D"/>
              </w:rPr>
              <w:t>Place / Ort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Sporthalle Onkel-Tom</w:t>
            </w:r>
            <w:r>
              <w:rPr>
                <w:sz w:val="17"/>
              </w:rPr>
              <w:br/>
              <w:t>Onkel-Tom-Straße 58</w:t>
            </w:r>
            <w:r>
              <w:rPr>
                <w:sz w:val="17"/>
              </w:rPr>
              <w:br/>
              <w:t>14169 Berlin, Germany</w:t>
            </w:r>
          </w:p>
        </w:tc>
      </w:tr>
      <w:tr w:rsidR="00A441C6" w14:paraId="4D21270B" w14:textId="7777777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4013F0" w14:textId="77777777" w:rsidR="00A441C6" w:rsidRDefault="00000000">
            <w:r>
              <w:rPr>
                <w:b/>
                <w:color w:val="AA142D"/>
              </w:rPr>
              <w:t>Veranstalter / Promoter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Deutscher Karate Verband e. V. - Abteilung Wado-Ryu</w:t>
            </w:r>
          </w:p>
        </w:tc>
        <w:tc>
          <w:tcPr>
            <w:tcW w:w="4932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1498933" w14:textId="77777777" w:rsidR="00A441C6" w:rsidRDefault="00000000">
            <w:r>
              <w:rPr>
                <w:b/>
                <w:color w:val="AA142D"/>
              </w:rPr>
              <w:t>Promoter / Veranstalter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German Karate Federation - Wado-Ryu</w:t>
            </w:r>
          </w:p>
        </w:tc>
      </w:tr>
      <w:tr w:rsidR="00A441C6" w14:paraId="64408FCA" w14:textId="7777777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BE3AFB5" w14:textId="77777777" w:rsidR="00A441C6" w:rsidRDefault="00000000">
            <w:r>
              <w:rPr>
                <w:b/>
                <w:color w:val="AA142D"/>
              </w:rPr>
              <w:t>Ausrichter / Organizer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JKK Nippon e.V. &amp; Ikigai Karate Do Berlin e.V.</w:t>
            </w:r>
          </w:p>
        </w:tc>
        <w:tc>
          <w:tcPr>
            <w:tcW w:w="4932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8D87D02" w14:textId="77777777" w:rsidR="00A441C6" w:rsidRDefault="00000000">
            <w:r>
              <w:rPr>
                <w:b/>
                <w:color w:val="AA142D"/>
              </w:rPr>
              <w:t>Organizer / Ausrichter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JKK Nippon e.V. &amp; Ikigai Karate Do Berlin e.V.</w:t>
            </w:r>
          </w:p>
        </w:tc>
      </w:tr>
      <w:tr w:rsidR="00A441C6" w14:paraId="6601420A" w14:textId="7777777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BD91EF6" w14:textId="77777777" w:rsidR="00A441C6" w:rsidRDefault="00000000">
            <w:r>
              <w:rPr>
                <w:b/>
                <w:color w:val="AA142D"/>
              </w:rPr>
              <w:t>Kontakt / Contact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boris.mahn@berliner-karate-verband.de</w:t>
            </w:r>
          </w:p>
        </w:tc>
        <w:tc>
          <w:tcPr>
            <w:tcW w:w="4932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3859064" w14:textId="77777777" w:rsidR="00A441C6" w:rsidRDefault="00000000">
            <w:r>
              <w:rPr>
                <w:b/>
                <w:color w:val="AA142D"/>
              </w:rPr>
              <w:t>Contact / Kontakt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boris.mahn@berliner-karate-verband.de</w:t>
            </w:r>
          </w:p>
        </w:tc>
      </w:tr>
      <w:tr w:rsidR="00A441C6" w14:paraId="6CA087C2" w14:textId="7777777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94F6142" w14:textId="77777777" w:rsidR="00A441C6" w:rsidRDefault="00000000">
            <w:r>
              <w:rPr>
                <w:b/>
                <w:color w:val="AA142D"/>
              </w:rPr>
              <w:t>Wettkampfregeln / Rules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Anpassungen am WKF-Regelwerk bleiben vorbehalten.</w:t>
            </w:r>
            <w:r>
              <w:rPr>
                <w:sz w:val="17"/>
              </w:rPr>
              <w:br/>
              <w:t>Kata: ausschließlich Wado-Ryu Kata.</w:t>
            </w:r>
          </w:p>
        </w:tc>
        <w:tc>
          <w:tcPr>
            <w:tcW w:w="4932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55302D5" w14:textId="77777777" w:rsidR="00A441C6" w:rsidRDefault="00000000">
            <w:r>
              <w:rPr>
                <w:b/>
                <w:color w:val="AA142D"/>
              </w:rPr>
              <w:t>Competition rules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Adjustments to WKF rules may be made.</w:t>
            </w:r>
            <w:r>
              <w:rPr>
                <w:sz w:val="17"/>
              </w:rPr>
              <w:br/>
              <w:t>Kata: only Wado-Ryu kata are permitted.</w:t>
            </w:r>
          </w:p>
        </w:tc>
      </w:tr>
    </w:tbl>
    <w:p w14:paraId="65850A45" w14:textId="77777777" w:rsidR="00A441C6" w:rsidRDefault="00A441C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5380"/>
        <w:gridCol w:w="461"/>
      </w:tblGrid>
      <w:tr w:rsidR="00A441C6" w14:paraId="4BD72ECF" w14:textId="77777777">
        <w:trPr>
          <w:gridAfter w:val="1"/>
          <w:wAfter w:w="461" w:type="dxa"/>
          <w:jc w:val="center"/>
        </w:trPr>
        <w:tc>
          <w:tcPr>
            <w:tcW w:w="10312" w:type="dxa"/>
            <w:gridSpan w:val="2"/>
            <w:shd w:val="clear" w:color="auto" w:fill="C8102E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BE7EF61" w14:textId="77777777" w:rsidR="00A441C6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REGISTRATION &amp; FEES</w:t>
            </w:r>
            <w:r>
              <w:rPr>
                <w:color w:val="FFFFFF"/>
                <w:sz w:val="17"/>
              </w:rPr>
              <w:br/>
              <w:t>MELDUNG &amp; GEBÜHREN</w:t>
            </w:r>
          </w:p>
        </w:tc>
      </w:tr>
      <w:tr w:rsidR="00A441C6" w14:paraId="36328653" w14:textId="7777777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92B9B7C" w14:textId="77777777" w:rsidR="00A441C6" w:rsidRDefault="00000000">
            <w:r>
              <w:rPr>
                <w:b/>
                <w:color w:val="AA142D"/>
              </w:rPr>
              <w:t>Startgebühren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Einzelstart: 26 €</w:t>
            </w:r>
            <w:r>
              <w:rPr>
                <w:sz w:val="17"/>
              </w:rPr>
              <w:br/>
              <w:t>Mannschaftsstart: 40 €</w:t>
            </w:r>
          </w:p>
        </w:tc>
        <w:tc>
          <w:tcPr>
            <w:tcW w:w="4932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8F8A72F" w14:textId="77777777" w:rsidR="00A441C6" w:rsidRDefault="00000000">
            <w:r>
              <w:rPr>
                <w:b/>
                <w:color w:val="AA142D"/>
              </w:rPr>
              <w:t>Participation fees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Individual category: €26</w:t>
            </w:r>
            <w:r>
              <w:rPr>
                <w:sz w:val="17"/>
              </w:rPr>
              <w:br/>
              <w:t>Team category: €40</w:t>
            </w:r>
          </w:p>
        </w:tc>
      </w:tr>
      <w:tr w:rsidR="00A441C6" w14:paraId="554EC137" w14:textId="7777777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B57E63C" w14:textId="77777777" w:rsidR="00A441C6" w:rsidRDefault="00000000">
            <w:r>
              <w:rPr>
                <w:b/>
                <w:color w:val="AA142D"/>
              </w:rPr>
              <w:t>Kontoverbindung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Sportstudio Nippon</w:t>
            </w:r>
            <w:r>
              <w:rPr>
                <w:sz w:val="17"/>
              </w:rPr>
              <w:br/>
              <w:t>IBAN: DE19 1001 0010 0250 1991</w:t>
            </w:r>
            <w:r>
              <w:rPr>
                <w:sz w:val="17"/>
              </w:rPr>
              <w:br/>
              <w:t>Verwendungszweck: Wado Cup 2026 + Verein/Verband</w:t>
            </w:r>
            <w:r>
              <w:rPr>
                <w:sz w:val="17"/>
              </w:rPr>
              <w:br/>
              <w:t>Keine Barzahlung.</w:t>
            </w:r>
          </w:p>
        </w:tc>
        <w:tc>
          <w:tcPr>
            <w:tcW w:w="4932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6285B99" w14:textId="77777777" w:rsidR="00A441C6" w:rsidRDefault="00000000">
            <w:r>
              <w:rPr>
                <w:b/>
                <w:color w:val="AA142D"/>
              </w:rPr>
              <w:t>Account details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Sportstudio Nippon</w:t>
            </w:r>
            <w:r>
              <w:rPr>
                <w:sz w:val="17"/>
              </w:rPr>
              <w:br/>
              <w:t>IBAN: DE19 1001 0010 0250 1991</w:t>
            </w:r>
            <w:r>
              <w:rPr>
                <w:sz w:val="17"/>
              </w:rPr>
              <w:br/>
              <w:t>Reference: Wado Cup 2026 + club/federation</w:t>
            </w:r>
            <w:r>
              <w:rPr>
                <w:sz w:val="17"/>
              </w:rPr>
              <w:br/>
              <w:t>No cash payments.</w:t>
            </w:r>
          </w:p>
        </w:tc>
      </w:tr>
      <w:tr w:rsidR="00A441C6" w14:paraId="3DE32254" w14:textId="7777777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9574381" w14:textId="77777777" w:rsidR="00A441C6" w:rsidRDefault="00000000">
            <w:r>
              <w:rPr>
                <w:b/>
                <w:color w:val="AA142D"/>
              </w:rPr>
              <w:t>Meldung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Meldung über Sportdata. Coaches müssen ebenfalls in Sportdata gemeldet werden.</w:t>
            </w:r>
          </w:p>
        </w:tc>
        <w:tc>
          <w:tcPr>
            <w:tcW w:w="4932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3C5949D" w14:textId="77777777" w:rsidR="00A441C6" w:rsidRDefault="00000000">
            <w:r>
              <w:rPr>
                <w:b/>
                <w:color w:val="AA142D"/>
              </w:rPr>
              <w:t>Registration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Registration via Sportdata. Coaches must also be registered in Sportdata.</w:t>
            </w:r>
          </w:p>
        </w:tc>
      </w:tr>
      <w:tr w:rsidR="00A441C6" w14:paraId="74E94D14" w14:textId="7777777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DA8BB72" w14:textId="37B6B3CA" w:rsidR="00A441C6" w:rsidRDefault="00000000">
            <w:r>
              <w:rPr>
                <w:b/>
                <w:color w:val="AA142D"/>
              </w:rPr>
              <w:t>Coaches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 xml:space="preserve">Je </w:t>
            </w:r>
            <w:r w:rsidR="00084C07">
              <w:rPr>
                <w:sz w:val="17"/>
              </w:rPr>
              <w:t>5</w:t>
            </w:r>
            <w:r>
              <w:rPr>
                <w:sz w:val="17"/>
              </w:rPr>
              <w:t xml:space="preserve"> Meldungen </w:t>
            </w:r>
            <w:proofErr w:type="spellStart"/>
            <w:r>
              <w:rPr>
                <w:sz w:val="17"/>
              </w:rPr>
              <w:t>ist</w:t>
            </w:r>
            <w:proofErr w:type="spellEnd"/>
            <w:r>
              <w:rPr>
                <w:sz w:val="17"/>
              </w:rPr>
              <w:t xml:space="preserve"> 1 Coach </w:t>
            </w:r>
            <w:proofErr w:type="spellStart"/>
            <w:r>
              <w:rPr>
                <w:sz w:val="17"/>
              </w:rPr>
              <w:t>zugelassen</w:t>
            </w:r>
            <w:proofErr w:type="spellEnd"/>
            <w:r>
              <w:rPr>
                <w:sz w:val="17"/>
              </w:rPr>
              <w:t xml:space="preserve">, maximal </w:t>
            </w:r>
            <w:r w:rsidR="00084C07">
              <w:rPr>
                <w:sz w:val="17"/>
              </w:rPr>
              <w:t>5</w:t>
            </w:r>
            <w:r>
              <w:rPr>
                <w:sz w:val="17"/>
              </w:rPr>
              <w:t xml:space="preserve"> Coaches.</w:t>
            </w:r>
            <w:r>
              <w:rPr>
                <w:sz w:val="17"/>
              </w:rPr>
              <w:br/>
              <w:t xml:space="preserve">Coach-Karte: </w:t>
            </w:r>
            <w:r w:rsidR="00084C07">
              <w:rPr>
                <w:sz w:val="17"/>
              </w:rPr>
              <w:t>1</w:t>
            </w:r>
            <w:r>
              <w:rPr>
                <w:sz w:val="17"/>
              </w:rPr>
              <w:t xml:space="preserve">€ </w:t>
            </w:r>
          </w:p>
        </w:tc>
        <w:tc>
          <w:tcPr>
            <w:tcW w:w="4932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D2BD077" w14:textId="33EF3345" w:rsidR="00A441C6" w:rsidRDefault="00000000">
            <w:r>
              <w:rPr>
                <w:b/>
                <w:color w:val="AA142D"/>
              </w:rPr>
              <w:t>Coaches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 xml:space="preserve">1 coach per </w:t>
            </w:r>
            <w:r w:rsidR="00084C07">
              <w:rPr>
                <w:sz w:val="17"/>
              </w:rPr>
              <w:t>5</w:t>
            </w:r>
            <w:r>
              <w:rPr>
                <w:sz w:val="17"/>
              </w:rPr>
              <w:t xml:space="preserve"> athlete registrations, maximum </w:t>
            </w:r>
            <w:r w:rsidR="00084C07">
              <w:rPr>
                <w:sz w:val="17"/>
              </w:rPr>
              <w:t>5</w:t>
            </w:r>
            <w:r>
              <w:rPr>
                <w:sz w:val="17"/>
              </w:rPr>
              <w:t xml:space="preserve"> coaches.</w:t>
            </w:r>
            <w:r>
              <w:rPr>
                <w:sz w:val="17"/>
              </w:rPr>
              <w:br/>
            </w:r>
            <w:r w:rsidR="00084C07">
              <w:rPr>
                <w:sz w:val="17"/>
              </w:rPr>
              <w:t xml:space="preserve">Coach-Karte: 1 € </w:t>
            </w:r>
          </w:p>
        </w:tc>
      </w:tr>
    </w:tbl>
    <w:p w14:paraId="353EEF07" w14:textId="77777777" w:rsidR="00A441C6" w:rsidRDefault="00000000">
      <w:pPr>
        <w:jc w:val="center"/>
      </w:pPr>
      <w:r>
        <w:rPr>
          <w:b/>
          <w:color w:val="C8102E"/>
          <w:sz w:val="18"/>
        </w:rPr>
        <w:t>MELDESCHLUSS / REGISTRATION DEADLINE: wird über Sportdata bekanntgegeben / to be announced via Sportdata</w:t>
      </w:r>
    </w:p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5380"/>
        <w:gridCol w:w="461"/>
      </w:tblGrid>
      <w:tr w:rsidR="00A441C6" w14:paraId="4C24C649" w14:textId="77777777" w:rsidTr="00084C07">
        <w:trPr>
          <w:gridAfter w:val="1"/>
          <w:wAfter w:w="461" w:type="dxa"/>
          <w:jc w:val="center"/>
        </w:trPr>
        <w:tc>
          <w:tcPr>
            <w:tcW w:w="10312" w:type="dxa"/>
            <w:gridSpan w:val="2"/>
            <w:shd w:val="clear" w:color="auto" w:fill="C8102E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498FCBE" w14:textId="08F7BC46" w:rsidR="00A441C6" w:rsidRDefault="00000000">
            <w:pPr>
              <w:jc w:val="center"/>
            </w:pPr>
            <w:r>
              <w:lastRenderedPageBreak/>
              <w:br w:type="page"/>
            </w:r>
            <w:r>
              <w:rPr>
                <w:b/>
                <w:color w:val="FFFFFF"/>
                <w:sz w:val="28"/>
              </w:rPr>
              <w:t>TOURNAMENT DAY</w:t>
            </w:r>
            <w:r>
              <w:rPr>
                <w:color w:val="FFFFFF"/>
                <w:sz w:val="17"/>
              </w:rPr>
              <w:br/>
              <w:t>TURNIERTAG</w:t>
            </w:r>
          </w:p>
        </w:tc>
      </w:tr>
      <w:tr w:rsidR="00A441C6" w14:paraId="73627B68" w14:textId="77777777" w:rsidTr="00084C0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9D7C060" w14:textId="391E8143" w:rsidR="00A441C6" w:rsidRDefault="00000000">
            <w:r>
              <w:rPr>
                <w:b/>
                <w:color w:val="AA142D"/>
              </w:rPr>
              <w:t>Zeitplan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Der genaue Zeitplan wird im Download-</w:t>
            </w:r>
            <w:proofErr w:type="spellStart"/>
            <w:r>
              <w:rPr>
                <w:sz w:val="17"/>
              </w:rPr>
              <w:t>Bereich</w:t>
            </w:r>
            <w:proofErr w:type="spellEnd"/>
            <w:r>
              <w:rPr>
                <w:sz w:val="17"/>
              </w:rPr>
              <w:t xml:space="preserve"> von </w:t>
            </w:r>
            <w:proofErr w:type="spellStart"/>
            <w:r>
              <w:rPr>
                <w:sz w:val="17"/>
              </w:rPr>
              <w:t>Sportdata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veröffentlicht</w:t>
            </w:r>
            <w:proofErr w:type="spellEnd"/>
            <w:r>
              <w:rPr>
                <w:sz w:val="17"/>
              </w:rPr>
              <w:t>.</w:t>
            </w:r>
            <w:r w:rsidR="001D43D8">
              <w:rPr>
                <w:sz w:val="17"/>
              </w:rPr>
              <w:t xml:space="preserve"> </w:t>
            </w:r>
            <w:proofErr w:type="spellStart"/>
            <w:r w:rsidR="001D43D8">
              <w:rPr>
                <w:sz w:val="17"/>
              </w:rPr>
              <w:t>Wettkampf</w:t>
            </w:r>
            <w:proofErr w:type="spellEnd"/>
            <w:r w:rsidR="001D43D8">
              <w:rPr>
                <w:sz w:val="17"/>
              </w:rPr>
              <w:t xml:space="preserve"> ab 10:00 Uhr.</w:t>
            </w:r>
          </w:p>
        </w:tc>
        <w:tc>
          <w:tcPr>
            <w:tcW w:w="5841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4FC0542" w14:textId="77777777" w:rsidR="00A441C6" w:rsidRDefault="00000000">
            <w:r>
              <w:rPr>
                <w:b/>
                <w:color w:val="AA142D"/>
              </w:rPr>
              <w:t>Time schedule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The detailed schedule will be published in the Sportdata download area.</w:t>
            </w:r>
          </w:p>
        </w:tc>
      </w:tr>
      <w:tr w:rsidR="00A441C6" w14:paraId="42BE0909" w14:textId="77777777" w:rsidTr="00084C0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4253B18" w14:textId="77777777" w:rsidR="00A441C6" w:rsidRDefault="00000000">
            <w:r>
              <w:rPr>
                <w:b/>
                <w:color w:val="AA142D"/>
              </w:rPr>
              <w:t>Kampfrichter:innen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Anmeldung: ken.corbie@berliner-karate-verband.de</w:t>
            </w:r>
          </w:p>
        </w:tc>
        <w:tc>
          <w:tcPr>
            <w:tcW w:w="5841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358DA5D" w14:textId="77777777" w:rsidR="00A441C6" w:rsidRDefault="00000000">
            <w:r>
              <w:rPr>
                <w:b/>
                <w:color w:val="AA142D"/>
              </w:rPr>
              <w:t>Referees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Registration: ken.corbie@berliner-karate-verband.de</w:t>
            </w:r>
          </w:p>
        </w:tc>
      </w:tr>
      <w:tr w:rsidR="00A441C6" w14:paraId="43B43A05" w14:textId="77777777" w:rsidTr="00084C0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F6D83A7" w14:textId="77777777" w:rsidR="00A441C6" w:rsidRDefault="00000000">
            <w:r>
              <w:rPr>
                <w:b/>
                <w:color w:val="AA142D"/>
              </w:rPr>
              <w:t>Aufwandsentschädigung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50 € Anwärter:innen</w:t>
            </w:r>
            <w:r>
              <w:rPr>
                <w:sz w:val="17"/>
              </w:rPr>
              <w:br/>
              <w:t>100 € Landeskampfrichter:innen</w:t>
            </w:r>
            <w:r>
              <w:rPr>
                <w:sz w:val="17"/>
              </w:rPr>
              <w:br/>
              <w:t>120 € Bundeskampfrichter:innen</w:t>
            </w:r>
            <w:r>
              <w:rPr>
                <w:sz w:val="17"/>
              </w:rPr>
              <w:br/>
              <w:t>140 € Internationale Kampfrichter:innen</w:t>
            </w:r>
          </w:p>
        </w:tc>
        <w:tc>
          <w:tcPr>
            <w:tcW w:w="5841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76047ED" w14:textId="77777777" w:rsidR="00A441C6" w:rsidRDefault="00000000">
            <w:r>
              <w:rPr>
                <w:b/>
                <w:color w:val="AA142D"/>
              </w:rPr>
              <w:t>Referee fees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€50 Candidates</w:t>
            </w:r>
            <w:r>
              <w:rPr>
                <w:sz w:val="17"/>
              </w:rPr>
              <w:br/>
              <w:t>€100 Regional referees</w:t>
            </w:r>
            <w:r>
              <w:rPr>
                <w:sz w:val="17"/>
              </w:rPr>
              <w:br/>
              <w:t>€120 National referees</w:t>
            </w:r>
            <w:r>
              <w:rPr>
                <w:sz w:val="17"/>
              </w:rPr>
              <w:br/>
              <w:t>€140 International referees</w:t>
            </w:r>
          </w:p>
        </w:tc>
      </w:tr>
      <w:tr w:rsidR="00A441C6" w14:paraId="44BB608F" w14:textId="77777777" w:rsidTr="00084C0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422B372" w14:textId="77777777" w:rsidR="00A441C6" w:rsidRDefault="00000000">
            <w:r>
              <w:rPr>
                <w:b/>
                <w:color w:val="AA142D"/>
              </w:rPr>
              <w:t>Besucher:innen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Eintritt: 7 €</w:t>
            </w:r>
          </w:p>
        </w:tc>
        <w:tc>
          <w:tcPr>
            <w:tcW w:w="5841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24B1040" w14:textId="77777777" w:rsidR="00A441C6" w:rsidRDefault="00000000">
            <w:r>
              <w:rPr>
                <w:b/>
                <w:color w:val="AA142D"/>
              </w:rPr>
              <w:t>Spectators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Entrance fee: €7</w:t>
            </w:r>
          </w:p>
        </w:tc>
      </w:tr>
      <w:tr w:rsidR="00A441C6" w14:paraId="0A1E781B" w14:textId="77777777" w:rsidTr="00084C0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3742AC9" w14:textId="77777777" w:rsidR="00A441C6" w:rsidRDefault="00000000">
            <w:r>
              <w:rPr>
                <w:b/>
                <w:color w:val="AA142D"/>
              </w:rPr>
              <w:t>Verhaltensregeln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Wettkampfbereich nur mit Hallenschuhen. Glasverbot in der gesamten Sportanlage. Zuschauer:innen dürfen den Wettkampfbereich nicht betreten.</w:t>
            </w:r>
          </w:p>
        </w:tc>
        <w:tc>
          <w:tcPr>
            <w:tcW w:w="5841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A9A3CE1" w14:textId="77777777" w:rsidR="00A441C6" w:rsidRDefault="00000000">
            <w:r>
              <w:rPr>
                <w:b/>
                <w:color w:val="AA142D"/>
              </w:rPr>
              <w:t>General conduct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Competition area only with indoor shoes. Glass is prohibited throughout the sports facility. Spectators may not enter the competition area.</w:t>
            </w:r>
          </w:p>
        </w:tc>
      </w:tr>
      <w:tr w:rsidR="00A441C6" w14:paraId="50AA0129" w14:textId="77777777" w:rsidTr="00084C0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DF25ABB" w14:textId="77777777" w:rsidR="00A441C6" w:rsidRDefault="00000000">
            <w:r>
              <w:rPr>
                <w:b/>
                <w:color w:val="AA142D"/>
              </w:rPr>
              <w:t>Foto &amp; Film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Mit Anmeldung, Teilnahme und Besuch wird der Veröffentlichung von Foto- und Filmaufnahmen im Rahmen der Veranstaltung zugestimmt.</w:t>
            </w:r>
          </w:p>
        </w:tc>
        <w:tc>
          <w:tcPr>
            <w:tcW w:w="5841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58F973E" w14:textId="77777777" w:rsidR="00A441C6" w:rsidRDefault="00000000">
            <w:r>
              <w:rPr>
                <w:b/>
                <w:color w:val="AA142D"/>
              </w:rPr>
              <w:t>Photos &amp; video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Registration, participation and attendance constitute consent to publication of photos and videos taken in connection with the event.</w:t>
            </w:r>
          </w:p>
        </w:tc>
      </w:tr>
      <w:tr w:rsidR="00A441C6" w14:paraId="5DCE6548" w14:textId="77777777" w:rsidTr="00084C07">
        <w:trPr>
          <w:jc w:val="center"/>
        </w:trPr>
        <w:tc>
          <w:tcPr>
            <w:tcW w:w="493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4FB615B" w14:textId="77777777" w:rsidR="00A441C6" w:rsidRDefault="00000000">
            <w:r>
              <w:rPr>
                <w:b/>
                <w:color w:val="AA142D"/>
              </w:rPr>
              <w:t>Haftung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Veranstalter und Ausrichter schließen die Haftung aus, soweit gesetzlich zulässig.</w:t>
            </w:r>
          </w:p>
        </w:tc>
        <w:tc>
          <w:tcPr>
            <w:tcW w:w="5841" w:type="dxa"/>
            <w:gridSpan w:val="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AD2A345" w14:textId="77777777" w:rsidR="00A441C6" w:rsidRDefault="00000000">
            <w:r>
              <w:rPr>
                <w:b/>
                <w:color w:val="AA142D"/>
              </w:rPr>
              <w:t>Disclaimer</w:t>
            </w:r>
            <w:r>
              <w:rPr>
                <w:b/>
                <w:color w:val="AA142D"/>
              </w:rPr>
              <w:br/>
            </w:r>
            <w:r>
              <w:rPr>
                <w:sz w:val="17"/>
              </w:rPr>
              <w:t>The promoter and organizer exclude liability to the extent permitted by law.</w:t>
            </w:r>
          </w:p>
        </w:tc>
      </w:tr>
    </w:tbl>
    <w:p w14:paraId="5210657B" w14:textId="77777777" w:rsidR="00A441C6" w:rsidRDefault="00A441C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A441C6" w14:paraId="7D2B8C08" w14:textId="77777777">
        <w:trPr>
          <w:jc w:val="center"/>
        </w:trPr>
        <w:tc>
          <w:tcPr>
            <w:tcW w:w="10312" w:type="dxa"/>
            <w:shd w:val="clear" w:color="auto" w:fill="C8102E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A11EFDB" w14:textId="77777777" w:rsidR="00A441C6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IMPORTANT PARTICIPATION NOTES</w:t>
            </w:r>
            <w:r>
              <w:rPr>
                <w:color w:val="FFFFFF"/>
                <w:sz w:val="17"/>
              </w:rPr>
              <w:br/>
              <w:t>WICHTIGE TEILNAHMEHINWEISE</w:t>
            </w:r>
          </w:p>
        </w:tc>
      </w:tr>
    </w:tbl>
    <w:p w14:paraId="0AA80931" w14:textId="77777777" w:rsidR="00A441C6" w:rsidRDefault="00000000">
      <w:pPr>
        <w:spacing w:after="40"/>
      </w:pPr>
      <w:r>
        <w:rPr>
          <w:b/>
          <w:color w:val="C8102E"/>
        </w:rPr>
        <w:t xml:space="preserve">• </w:t>
      </w:r>
      <w:r>
        <w:rPr>
          <w:sz w:val="17"/>
        </w:rPr>
        <w:t>Teilnehmende unter 18 Jahren benötigen ein sportärztliches Attest im DKV-Pass.</w:t>
      </w:r>
    </w:p>
    <w:p w14:paraId="6B75610F" w14:textId="65E96E9F" w:rsidR="00A441C6" w:rsidRDefault="00000000">
      <w:pPr>
        <w:spacing w:after="40"/>
      </w:pPr>
      <w:r>
        <w:rPr>
          <w:b/>
          <w:color w:val="C8102E"/>
        </w:rPr>
        <w:t xml:space="preserve">• </w:t>
      </w:r>
      <w:r>
        <w:rPr>
          <w:sz w:val="17"/>
        </w:rPr>
        <w:t xml:space="preserve">Eine gültige DKV-Jahressichtmarke bzw. </w:t>
      </w:r>
      <w:proofErr w:type="spellStart"/>
      <w:r>
        <w:rPr>
          <w:sz w:val="17"/>
        </w:rPr>
        <w:t>ein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digitaler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Bestellnachweis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ist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erforderlich</w:t>
      </w:r>
      <w:proofErr w:type="spellEnd"/>
      <w:r w:rsidR="00084C07">
        <w:rPr>
          <w:sz w:val="17"/>
        </w:rPr>
        <w:t xml:space="preserve"> +</w:t>
      </w:r>
      <w:proofErr w:type="spellStart"/>
      <w:r w:rsidR="00084C07">
        <w:rPr>
          <w:sz w:val="17"/>
        </w:rPr>
        <w:t>Zahlungsbeleg</w:t>
      </w:r>
      <w:proofErr w:type="spellEnd"/>
      <w:r>
        <w:rPr>
          <w:sz w:val="17"/>
        </w:rPr>
        <w:t>.</w:t>
      </w:r>
    </w:p>
    <w:p w14:paraId="11196880" w14:textId="0D6F7C14" w:rsidR="00A441C6" w:rsidRDefault="00000000">
      <w:pPr>
        <w:spacing w:after="40"/>
      </w:pPr>
      <w:r>
        <w:rPr>
          <w:b/>
          <w:color w:val="C8102E"/>
        </w:rPr>
        <w:t xml:space="preserve">• </w:t>
      </w:r>
      <w:proofErr w:type="spellStart"/>
      <w:r>
        <w:rPr>
          <w:sz w:val="17"/>
        </w:rPr>
        <w:t>Mindestgraduierung</w:t>
      </w:r>
      <w:proofErr w:type="spellEnd"/>
      <w:r w:rsidR="00084C07">
        <w:rPr>
          <w:sz w:val="17"/>
        </w:rPr>
        <w:t xml:space="preserve"> 8 Kyu.</w:t>
      </w:r>
    </w:p>
    <w:p w14:paraId="16CAA748" w14:textId="77777777" w:rsidR="00A441C6" w:rsidRDefault="00000000">
      <w:pPr>
        <w:spacing w:after="40"/>
      </w:pPr>
      <w:r>
        <w:rPr>
          <w:b/>
          <w:color w:val="C8102E"/>
        </w:rPr>
        <w:t xml:space="preserve">• </w:t>
      </w:r>
      <w:r>
        <w:rPr>
          <w:sz w:val="17"/>
        </w:rPr>
        <w:t>Wiegen kann stichprobenartig erfolgen.</w:t>
      </w:r>
    </w:p>
    <w:p w14:paraId="77803225" w14:textId="77777777" w:rsidR="00A441C6" w:rsidRDefault="00000000">
      <w:pPr>
        <w:spacing w:after="40"/>
      </w:pPr>
      <w:r>
        <w:rPr>
          <w:b/>
          <w:color w:val="C8102E"/>
        </w:rPr>
        <w:t xml:space="preserve">• </w:t>
      </w:r>
      <w:r>
        <w:rPr>
          <w:sz w:val="17"/>
        </w:rPr>
        <w:t>Am Wettkampftag sind keine Ummeldungen oder Nachmeldungen möglich.</w:t>
      </w:r>
    </w:p>
    <w:p w14:paraId="0C10B01A" w14:textId="77777777" w:rsidR="00A441C6" w:rsidRDefault="00000000">
      <w:pPr>
        <w:spacing w:after="40"/>
      </w:pPr>
      <w:r>
        <w:rPr>
          <w:b/>
          <w:color w:val="C8102E"/>
        </w:rPr>
        <w:t xml:space="preserve">• </w:t>
      </w:r>
      <w:r>
        <w:rPr>
          <w:sz w:val="17"/>
        </w:rPr>
        <w:t>Der Veranstalter kann Kategorien mit nur einer Meldung zusammenlegen oder streichen; bei Streichung erfolgt die Rückabwicklung der Zahlung.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A441C6" w14:paraId="03D14064" w14:textId="77777777">
        <w:trPr>
          <w:jc w:val="center"/>
        </w:trPr>
        <w:tc>
          <w:tcPr>
            <w:tcW w:w="10312" w:type="dxa"/>
            <w:shd w:val="clear" w:color="auto" w:fill="C8102E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7409641" w14:textId="77777777" w:rsidR="00A441C6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CATEGORY OVERVIEW</w:t>
            </w:r>
            <w:r>
              <w:rPr>
                <w:color w:val="FFFFFF"/>
                <w:sz w:val="17"/>
              </w:rPr>
              <w:br/>
              <w:t>KATEGORIEÜBERSICHT</w:t>
            </w:r>
          </w:p>
        </w:tc>
      </w:tr>
    </w:tbl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717"/>
        <w:gridCol w:w="1717"/>
        <w:gridCol w:w="1717"/>
        <w:gridCol w:w="1717"/>
        <w:gridCol w:w="1717"/>
        <w:gridCol w:w="1717"/>
      </w:tblGrid>
      <w:tr w:rsidR="00A441C6" w14:paraId="7FCEA8BA" w14:textId="77777777">
        <w:trPr>
          <w:tblHeader/>
          <w:jc w:val="center"/>
        </w:trPr>
        <w:tc>
          <w:tcPr>
            <w:tcW w:w="1719" w:type="dxa"/>
            <w:shd w:val="clear" w:color="auto" w:fill="C8102E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D9FEAB6" w14:textId="77777777" w:rsidR="00A441C6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lastRenderedPageBreak/>
              <w:t>Age group</w:t>
            </w:r>
          </w:p>
        </w:tc>
        <w:tc>
          <w:tcPr>
            <w:tcW w:w="1719" w:type="dxa"/>
            <w:shd w:val="clear" w:color="auto" w:fill="C8102E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FC0C4D" w14:textId="77777777" w:rsidR="00A441C6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Kumite</w:t>
            </w:r>
            <w:r>
              <w:rPr>
                <w:b/>
                <w:color w:val="FFFFFF"/>
                <w:sz w:val="16"/>
              </w:rPr>
              <w:br/>
              <w:t>individual</w:t>
            </w:r>
          </w:p>
        </w:tc>
        <w:tc>
          <w:tcPr>
            <w:tcW w:w="1719" w:type="dxa"/>
            <w:shd w:val="clear" w:color="auto" w:fill="C8102E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270CB0D" w14:textId="77777777" w:rsidR="00A441C6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Kumite</w:t>
            </w:r>
            <w:r>
              <w:rPr>
                <w:b/>
                <w:color w:val="FFFFFF"/>
                <w:sz w:val="16"/>
              </w:rPr>
              <w:br/>
              <w:t>Open</w:t>
            </w:r>
          </w:p>
        </w:tc>
        <w:tc>
          <w:tcPr>
            <w:tcW w:w="1719" w:type="dxa"/>
            <w:shd w:val="clear" w:color="auto" w:fill="C8102E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2A8CD5" w14:textId="77777777" w:rsidR="00A441C6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Kumite</w:t>
            </w:r>
            <w:r>
              <w:rPr>
                <w:b/>
                <w:color w:val="FFFFFF"/>
                <w:sz w:val="16"/>
              </w:rPr>
              <w:br/>
              <w:t>Team</w:t>
            </w:r>
          </w:p>
        </w:tc>
        <w:tc>
          <w:tcPr>
            <w:tcW w:w="1719" w:type="dxa"/>
            <w:shd w:val="clear" w:color="auto" w:fill="C8102E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769C2CA" w14:textId="77777777" w:rsidR="00A441C6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Kata</w:t>
            </w:r>
            <w:r>
              <w:rPr>
                <w:b/>
                <w:color w:val="FFFFFF"/>
                <w:sz w:val="16"/>
              </w:rPr>
              <w:br/>
              <w:t>individual</w:t>
            </w:r>
          </w:p>
        </w:tc>
        <w:tc>
          <w:tcPr>
            <w:tcW w:w="1719" w:type="dxa"/>
            <w:shd w:val="clear" w:color="auto" w:fill="C8102E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F627926" w14:textId="77777777" w:rsidR="00A441C6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Kata</w:t>
            </w:r>
            <w:r>
              <w:rPr>
                <w:b/>
                <w:color w:val="FFFFFF"/>
                <w:sz w:val="16"/>
              </w:rPr>
              <w:br/>
              <w:t>Team</w:t>
            </w:r>
          </w:p>
        </w:tc>
      </w:tr>
      <w:tr w:rsidR="00A441C6" w14:paraId="6B65CB04" w14:textId="77777777">
        <w:trPr>
          <w:jc w:val="center"/>
        </w:trPr>
        <w:tc>
          <w:tcPr>
            <w:tcW w:w="1719" w:type="dxa"/>
            <w:shd w:val="clear" w:color="auto" w:fill="E9E9E9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2BE693" w14:textId="77777777" w:rsidR="00A441C6" w:rsidRDefault="00000000">
            <w:pPr>
              <w:jc w:val="center"/>
            </w:pPr>
            <w:r>
              <w:rPr>
                <w:b/>
                <w:sz w:val="16"/>
              </w:rPr>
              <w:t>U10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396ABF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EC0F6F5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CED91D" w14:textId="77777777" w:rsidR="00A441C6" w:rsidRDefault="00000000">
            <w:pPr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6C0BA6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07982E" w14:textId="77777777" w:rsidR="00A441C6" w:rsidRDefault="00000000">
            <w:pPr>
              <w:jc w:val="center"/>
            </w:pPr>
            <w:r>
              <w:rPr>
                <w:sz w:val="16"/>
              </w:rPr>
              <w:t>—</w:t>
            </w:r>
          </w:p>
        </w:tc>
      </w:tr>
      <w:tr w:rsidR="00A441C6" w14:paraId="57FC2272" w14:textId="77777777">
        <w:trPr>
          <w:jc w:val="center"/>
        </w:trPr>
        <w:tc>
          <w:tcPr>
            <w:tcW w:w="1719" w:type="dxa"/>
            <w:shd w:val="clear" w:color="auto" w:fill="E9E9E9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2A3C09" w14:textId="77777777" w:rsidR="00A441C6" w:rsidRDefault="00000000">
            <w:pPr>
              <w:jc w:val="center"/>
            </w:pPr>
            <w:r>
              <w:rPr>
                <w:b/>
                <w:sz w:val="16"/>
              </w:rPr>
              <w:t>U12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4DE82E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DD10E6A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822F352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FDD392D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4E74984" w14:textId="77777777" w:rsidR="00A441C6" w:rsidRDefault="00000000">
            <w:pPr>
              <w:jc w:val="center"/>
            </w:pPr>
            <w:r>
              <w:rPr>
                <w:sz w:val="16"/>
              </w:rPr>
              <w:t>mixed</w:t>
            </w:r>
          </w:p>
        </w:tc>
      </w:tr>
      <w:tr w:rsidR="00A441C6" w14:paraId="5277FB2A" w14:textId="77777777">
        <w:trPr>
          <w:jc w:val="center"/>
        </w:trPr>
        <w:tc>
          <w:tcPr>
            <w:tcW w:w="1719" w:type="dxa"/>
            <w:shd w:val="clear" w:color="auto" w:fill="E9E9E9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C252EA" w14:textId="77777777" w:rsidR="00A441C6" w:rsidRDefault="00000000">
            <w:pPr>
              <w:jc w:val="center"/>
            </w:pPr>
            <w:r>
              <w:rPr>
                <w:b/>
                <w:sz w:val="16"/>
              </w:rPr>
              <w:t>U14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FF3E399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6F69E1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F3DBBF9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611420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4DF335" w14:textId="77777777" w:rsidR="00A441C6" w:rsidRDefault="00000000">
            <w:pPr>
              <w:jc w:val="center"/>
            </w:pPr>
            <w:r>
              <w:rPr>
                <w:sz w:val="16"/>
              </w:rPr>
              <w:t>mixed</w:t>
            </w:r>
          </w:p>
        </w:tc>
      </w:tr>
      <w:tr w:rsidR="00A441C6" w14:paraId="56A25EE7" w14:textId="77777777">
        <w:trPr>
          <w:jc w:val="center"/>
        </w:trPr>
        <w:tc>
          <w:tcPr>
            <w:tcW w:w="1719" w:type="dxa"/>
            <w:shd w:val="clear" w:color="auto" w:fill="E9E9E9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EB5BF6" w14:textId="77777777" w:rsidR="00A441C6" w:rsidRDefault="00000000">
            <w:pPr>
              <w:jc w:val="center"/>
            </w:pPr>
            <w:r>
              <w:rPr>
                <w:b/>
                <w:sz w:val="16"/>
              </w:rPr>
              <w:t>U16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333E72C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387805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614D60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E25BDA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FEA9D54" w14:textId="77777777" w:rsidR="00A441C6" w:rsidRDefault="00000000">
            <w:pPr>
              <w:jc w:val="center"/>
            </w:pPr>
            <w:r>
              <w:rPr>
                <w:sz w:val="16"/>
              </w:rPr>
              <w:t>mixed</w:t>
            </w:r>
          </w:p>
        </w:tc>
      </w:tr>
      <w:tr w:rsidR="00A441C6" w14:paraId="589CA4E2" w14:textId="77777777">
        <w:trPr>
          <w:jc w:val="center"/>
        </w:trPr>
        <w:tc>
          <w:tcPr>
            <w:tcW w:w="1719" w:type="dxa"/>
            <w:shd w:val="clear" w:color="auto" w:fill="E9E9E9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E1FB762" w14:textId="77777777" w:rsidR="00A441C6" w:rsidRDefault="00000000">
            <w:pPr>
              <w:jc w:val="center"/>
            </w:pPr>
            <w:r>
              <w:rPr>
                <w:b/>
                <w:sz w:val="16"/>
              </w:rPr>
              <w:t>U18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CB00EC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EF1ACD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E405BB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4BCE047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F4DBAE" w14:textId="77777777" w:rsidR="00A441C6" w:rsidRDefault="00000000">
            <w:pPr>
              <w:jc w:val="center"/>
            </w:pPr>
            <w:r>
              <w:rPr>
                <w:sz w:val="16"/>
              </w:rPr>
              <w:t>mixed</w:t>
            </w:r>
          </w:p>
        </w:tc>
      </w:tr>
      <w:tr w:rsidR="00A441C6" w14:paraId="0F5E7D00" w14:textId="77777777">
        <w:trPr>
          <w:jc w:val="center"/>
        </w:trPr>
        <w:tc>
          <w:tcPr>
            <w:tcW w:w="1719" w:type="dxa"/>
            <w:shd w:val="clear" w:color="auto" w:fill="E9E9E9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6E69EA" w14:textId="77777777" w:rsidR="00A441C6" w:rsidRDefault="00000000">
            <w:pPr>
              <w:jc w:val="center"/>
            </w:pPr>
            <w:r>
              <w:rPr>
                <w:b/>
                <w:sz w:val="16"/>
              </w:rPr>
              <w:t>U21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2E1FA7F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538E5D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89506A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DEE00E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4641FE" w14:textId="77777777" w:rsidR="00A441C6" w:rsidRDefault="00000000">
            <w:pPr>
              <w:jc w:val="center"/>
            </w:pPr>
            <w:r>
              <w:rPr>
                <w:sz w:val="16"/>
              </w:rPr>
              <w:t>mixed</w:t>
            </w:r>
          </w:p>
        </w:tc>
      </w:tr>
      <w:tr w:rsidR="00A441C6" w14:paraId="669F052A" w14:textId="77777777">
        <w:trPr>
          <w:jc w:val="center"/>
        </w:trPr>
        <w:tc>
          <w:tcPr>
            <w:tcW w:w="1719" w:type="dxa"/>
            <w:shd w:val="clear" w:color="auto" w:fill="E9E9E9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EE26AB" w14:textId="77777777" w:rsidR="00A441C6" w:rsidRDefault="00000000">
            <w:pPr>
              <w:jc w:val="center"/>
            </w:pPr>
            <w:r>
              <w:rPr>
                <w:b/>
                <w:sz w:val="16"/>
              </w:rPr>
              <w:t>Seniors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4E3467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3D3BCA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2BB58F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7E10E7D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F57539" w14:textId="77777777" w:rsidR="00A441C6" w:rsidRDefault="00000000">
            <w:pPr>
              <w:jc w:val="center"/>
            </w:pPr>
            <w:r>
              <w:rPr>
                <w:sz w:val="16"/>
              </w:rPr>
              <w:t>mixed</w:t>
            </w:r>
          </w:p>
        </w:tc>
      </w:tr>
      <w:tr w:rsidR="00A441C6" w14:paraId="45936B03" w14:textId="77777777">
        <w:trPr>
          <w:jc w:val="center"/>
        </w:trPr>
        <w:tc>
          <w:tcPr>
            <w:tcW w:w="1719" w:type="dxa"/>
            <w:shd w:val="clear" w:color="auto" w:fill="E9E9E9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D9606F4" w14:textId="77777777" w:rsidR="00A441C6" w:rsidRDefault="00000000">
            <w:pPr>
              <w:jc w:val="center"/>
            </w:pPr>
            <w:r>
              <w:rPr>
                <w:b/>
                <w:sz w:val="16"/>
              </w:rPr>
              <w:t>Masterclass 30-39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F95B1A7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CCD4CFA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B0EEFA8" w14:textId="77777777" w:rsidR="00A441C6" w:rsidRDefault="00000000">
            <w:pPr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0CDBE4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35CAE30" w14:textId="77777777" w:rsidR="00A441C6" w:rsidRDefault="00000000">
            <w:pPr>
              <w:jc w:val="center"/>
            </w:pPr>
            <w:r>
              <w:rPr>
                <w:sz w:val="16"/>
              </w:rPr>
              <w:t>mixed</w:t>
            </w:r>
          </w:p>
        </w:tc>
      </w:tr>
      <w:tr w:rsidR="00A441C6" w14:paraId="53C4AF66" w14:textId="77777777">
        <w:trPr>
          <w:jc w:val="center"/>
        </w:trPr>
        <w:tc>
          <w:tcPr>
            <w:tcW w:w="1719" w:type="dxa"/>
            <w:shd w:val="clear" w:color="auto" w:fill="E9E9E9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37D2A6E" w14:textId="77777777" w:rsidR="00A441C6" w:rsidRDefault="00000000">
            <w:pPr>
              <w:jc w:val="center"/>
            </w:pPr>
            <w:r>
              <w:rPr>
                <w:b/>
                <w:sz w:val="16"/>
              </w:rPr>
              <w:t>Masterclass 40+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D19DB8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B9C7AEE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D24C332" w14:textId="77777777" w:rsidR="00A441C6" w:rsidRDefault="00000000">
            <w:pPr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6611A9F" w14:textId="77777777" w:rsidR="00A441C6" w:rsidRDefault="00000000">
            <w:pPr>
              <w:jc w:val="center"/>
            </w:pPr>
            <w:r>
              <w:rPr>
                <w:sz w:val="16"/>
              </w:rPr>
              <w:t>✓</w:t>
            </w:r>
          </w:p>
        </w:tc>
        <w:tc>
          <w:tcPr>
            <w:tcW w:w="171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472E36" w14:textId="77777777" w:rsidR="00A441C6" w:rsidRDefault="00000000">
            <w:pPr>
              <w:jc w:val="center"/>
            </w:pPr>
            <w:r>
              <w:rPr>
                <w:sz w:val="16"/>
              </w:rPr>
              <w:t>—</w:t>
            </w:r>
          </w:p>
        </w:tc>
      </w:tr>
    </w:tbl>
    <w:p w14:paraId="3B89B778" w14:textId="77777777" w:rsidR="00A441C6" w:rsidRDefault="00000000">
      <w:pPr>
        <w:jc w:val="right"/>
      </w:pPr>
      <w:r>
        <w:rPr>
          <w:i/>
          <w:sz w:val="16"/>
        </w:rPr>
        <w:t>Änderungen vorbehalten / Subject to change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A441C6" w14:paraId="7AE01E60" w14:textId="77777777">
        <w:trPr>
          <w:jc w:val="center"/>
        </w:trPr>
        <w:tc>
          <w:tcPr>
            <w:tcW w:w="10312" w:type="dxa"/>
            <w:shd w:val="clear" w:color="auto" w:fill="C8102E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D504126" w14:textId="77777777" w:rsidR="00A441C6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WEIGHT CATEGORIES &amp; KATA SYSTEM</w:t>
            </w:r>
            <w:r>
              <w:rPr>
                <w:color w:val="FFFFFF"/>
                <w:sz w:val="17"/>
              </w:rPr>
              <w:br/>
              <w:t>GEWICHTSKLASSEN &amp; KATA-WECHSELSYSTEM</w:t>
            </w:r>
          </w:p>
        </w:tc>
      </w:tr>
    </w:tbl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575"/>
        <w:gridCol w:w="2576"/>
        <w:gridCol w:w="2575"/>
        <w:gridCol w:w="2576"/>
      </w:tblGrid>
      <w:tr w:rsidR="00A441C6" w14:paraId="09E5BC14" w14:textId="77777777">
        <w:trPr>
          <w:tblHeader/>
          <w:jc w:val="center"/>
        </w:trPr>
        <w:tc>
          <w:tcPr>
            <w:tcW w:w="2578" w:type="dxa"/>
            <w:shd w:val="clear" w:color="auto" w:fill="C8102E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2FA4556" w14:textId="77777777" w:rsidR="00A441C6" w:rsidRDefault="00000000">
            <w:r>
              <w:rPr>
                <w:b/>
                <w:color w:val="FFFFFF"/>
                <w:sz w:val="14"/>
              </w:rPr>
              <w:t>Age group</w:t>
            </w:r>
          </w:p>
        </w:tc>
        <w:tc>
          <w:tcPr>
            <w:tcW w:w="2578" w:type="dxa"/>
            <w:shd w:val="clear" w:color="auto" w:fill="C8102E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6429C7A" w14:textId="77777777" w:rsidR="00A441C6" w:rsidRDefault="00000000">
            <w:r>
              <w:rPr>
                <w:b/>
                <w:color w:val="FFFFFF"/>
                <w:sz w:val="14"/>
              </w:rPr>
              <w:t>Women</w:t>
            </w:r>
          </w:p>
        </w:tc>
        <w:tc>
          <w:tcPr>
            <w:tcW w:w="2578" w:type="dxa"/>
            <w:shd w:val="clear" w:color="auto" w:fill="C8102E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479E2EA" w14:textId="77777777" w:rsidR="00A441C6" w:rsidRDefault="00000000">
            <w:r>
              <w:rPr>
                <w:b/>
                <w:color w:val="FFFFFF"/>
                <w:sz w:val="14"/>
              </w:rPr>
              <w:t>Men</w:t>
            </w:r>
          </w:p>
        </w:tc>
        <w:tc>
          <w:tcPr>
            <w:tcW w:w="2578" w:type="dxa"/>
            <w:shd w:val="clear" w:color="auto" w:fill="C8102E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3031FBF" w14:textId="77777777" w:rsidR="00A441C6" w:rsidRDefault="00000000">
            <w:r>
              <w:rPr>
                <w:b/>
                <w:color w:val="FFFFFF"/>
                <w:sz w:val="14"/>
              </w:rPr>
              <w:t>Kata system</w:t>
            </w:r>
          </w:p>
        </w:tc>
      </w:tr>
      <w:tr w:rsidR="00A441C6" w14:paraId="55EB08A1" w14:textId="77777777">
        <w:trPr>
          <w:jc w:val="center"/>
        </w:trPr>
        <w:tc>
          <w:tcPr>
            <w:tcW w:w="2578" w:type="dxa"/>
            <w:shd w:val="clear" w:color="auto" w:fill="E9E9E9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D6D0F00" w14:textId="77777777" w:rsidR="00A441C6" w:rsidRDefault="00000000">
            <w:r>
              <w:rPr>
                <w:b/>
                <w:sz w:val="14"/>
              </w:rPr>
              <w:t>U10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BE554A1" w14:textId="77777777" w:rsidR="00A441C6" w:rsidRDefault="00000000">
            <w:r>
              <w:rPr>
                <w:sz w:val="14"/>
              </w:rPr>
              <w:t>-30 / +30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7EC9854" w14:textId="77777777" w:rsidR="00A441C6" w:rsidRDefault="00000000">
            <w:r>
              <w:rPr>
                <w:sz w:val="14"/>
              </w:rPr>
              <w:t>-35 / +35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A9CA176" w14:textId="77777777" w:rsidR="00A441C6" w:rsidRDefault="00000000">
            <w:r>
              <w:rPr>
                <w:sz w:val="14"/>
              </w:rPr>
              <w:t>A B A B</w:t>
            </w:r>
          </w:p>
        </w:tc>
      </w:tr>
      <w:tr w:rsidR="00A441C6" w14:paraId="5DBB5AEC" w14:textId="77777777">
        <w:trPr>
          <w:jc w:val="center"/>
        </w:trPr>
        <w:tc>
          <w:tcPr>
            <w:tcW w:w="2578" w:type="dxa"/>
            <w:shd w:val="clear" w:color="auto" w:fill="E9E9E9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4B6DD62" w14:textId="77777777" w:rsidR="00A441C6" w:rsidRDefault="00000000">
            <w:r>
              <w:rPr>
                <w:b/>
                <w:sz w:val="14"/>
              </w:rPr>
              <w:t>U12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657CAB9" w14:textId="77777777" w:rsidR="00A441C6" w:rsidRDefault="00000000">
            <w:r>
              <w:rPr>
                <w:sz w:val="14"/>
              </w:rPr>
              <w:t>-30 / -36 / +36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108F80B" w14:textId="77777777" w:rsidR="00A441C6" w:rsidRDefault="00000000">
            <w:r>
              <w:rPr>
                <w:sz w:val="14"/>
              </w:rPr>
              <w:t>-32 / -38 / +38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02099DB" w14:textId="77777777" w:rsidR="00A441C6" w:rsidRDefault="00000000">
            <w:r>
              <w:rPr>
                <w:sz w:val="14"/>
              </w:rPr>
              <w:t>A B C</w:t>
            </w:r>
            <w:r>
              <w:rPr>
                <w:sz w:val="14"/>
              </w:rPr>
              <w:br/>
              <w:t>no direct repetition</w:t>
            </w:r>
          </w:p>
        </w:tc>
      </w:tr>
      <w:tr w:rsidR="00A441C6" w14:paraId="5E046A34" w14:textId="77777777">
        <w:trPr>
          <w:jc w:val="center"/>
        </w:trPr>
        <w:tc>
          <w:tcPr>
            <w:tcW w:w="2578" w:type="dxa"/>
            <w:shd w:val="clear" w:color="auto" w:fill="E9E9E9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79BECF1" w14:textId="77777777" w:rsidR="00A441C6" w:rsidRDefault="00000000">
            <w:r>
              <w:rPr>
                <w:b/>
                <w:sz w:val="14"/>
              </w:rPr>
              <w:t>U14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3DDD841" w14:textId="77777777" w:rsidR="00A441C6" w:rsidRDefault="00000000">
            <w:r>
              <w:rPr>
                <w:sz w:val="14"/>
              </w:rPr>
              <w:t>-42 / -47 / -52 / +52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0BE1572" w14:textId="77777777" w:rsidR="00A441C6" w:rsidRDefault="00000000">
            <w:r>
              <w:rPr>
                <w:sz w:val="14"/>
              </w:rPr>
              <w:t>-40 / -45 / -50 / -55 / +55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7499C77" w14:textId="77777777" w:rsidR="00A441C6" w:rsidRDefault="00000000">
            <w:r>
              <w:rPr>
                <w:sz w:val="14"/>
              </w:rPr>
              <w:t>A B C</w:t>
            </w:r>
            <w:r>
              <w:rPr>
                <w:sz w:val="14"/>
              </w:rPr>
              <w:br/>
              <w:t>no direct repetition</w:t>
            </w:r>
          </w:p>
        </w:tc>
      </w:tr>
      <w:tr w:rsidR="00A441C6" w14:paraId="39D31F24" w14:textId="77777777">
        <w:trPr>
          <w:jc w:val="center"/>
        </w:trPr>
        <w:tc>
          <w:tcPr>
            <w:tcW w:w="2578" w:type="dxa"/>
            <w:shd w:val="clear" w:color="auto" w:fill="E9E9E9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A6B3929" w14:textId="77777777" w:rsidR="00A441C6" w:rsidRDefault="00000000">
            <w:r>
              <w:rPr>
                <w:b/>
                <w:sz w:val="14"/>
              </w:rPr>
              <w:t>U16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E7CC5CB" w14:textId="77777777" w:rsidR="00A441C6" w:rsidRDefault="00000000">
            <w:r>
              <w:rPr>
                <w:sz w:val="14"/>
              </w:rPr>
              <w:t>-47 / -54 / -61 / +61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3BCC5CE" w14:textId="77777777" w:rsidR="00A441C6" w:rsidRDefault="00000000">
            <w:r>
              <w:rPr>
                <w:sz w:val="14"/>
              </w:rPr>
              <w:t>-52 / -57 / -63 / -70 / +70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BFD2721" w14:textId="77777777" w:rsidR="00A441C6" w:rsidRDefault="00000000">
            <w:r>
              <w:rPr>
                <w:sz w:val="14"/>
              </w:rPr>
              <w:t>A B C D E F</w:t>
            </w:r>
          </w:p>
        </w:tc>
      </w:tr>
      <w:tr w:rsidR="00A441C6" w14:paraId="188F9A4F" w14:textId="77777777">
        <w:trPr>
          <w:jc w:val="center"/>
        </w:trPr>
        <w:tc>
          <w:tcPr>
            <w:tcW w:w="2578" w:type="dxa"/>
            <w:shd w:val="clear" w:color="auto" w:fill="E9E9E9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35E6F2F" w14:textId="77777777" w:rsidR="00A441C6" w:rsidRDefault="00000000">
            <w:r>
              <w:rPr>
                <w:b/>
                <w:sz w:val="14"/>
              </w:rPr>
              <w:t>U18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8DC4661" w14:textId="77777777" w:rsidR="00A441C6" w:rsidRDefault="00000000">
            <w:r>
              <w:rPr>
                <w:sz w:val="14"/>
              </w:rPr>
              <w:t>-54 / -60 / +60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584A4B9" w14:textId="77777777" w:rsidR="00A441C6" w:rsidRDefault="00000000">
            <w:r>
              <w:rPr>
                <w:sz w:val="14"/>
              </w:rPr>
              <w:t>-63 / -72 / +72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CB00A7F" w14:textId="77777777" w:rsidR="00A441C6" w:rsidRDefault="00000000">
            <w:r>
              <w:rPr>
                <w:sz w:val="14"/>
              </w:rPr>
              <w:t>A B C D E F</w:t>
            </w:r>
          </w:p>
        </w:tc>
      </w:tr>
      <w:tr w:rsidR="00A441C6" w14:paraId="741A9D91" w14:textId="77777777">
        <w:trPr>
          <w:jc w:val="center"/>
        </w:trPr>
        <w:tc>
          <w:tcPr>
            <w:tcW w:w="2578" w:type="dxa"/>
            <w:shd w:val="clear" w:color="auto" w:fill="E9E9E9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81F78F4" w14:textId="77777777" w:rsidR="00A441C6" w:rsidRDefault="00000000">
            <w:r>
              <w:rPr>
                <w:b/>
                <w:sz w:val="14"/>
              </w:rPr>
              <w:t>U21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A700195" w14:textId="77777777" w:rsidR="00A441C6" w:rsidRDefault="00000000">
            <w:r>
              <w:rPr>
                <w:sz w:val="14"/>
              </w:rPr>
              <w:t>-60 / +60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5F97BE8" w14:textId="77777777" w:rsidR="00A441C6" w:rsidRDefault="00000000">
            <w:r>
              <w:rPr>
                <w:sz w:val="14"/>
              </w:rPr>
              <w:t>-69 / +69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F1357C3" w14:textId="77777777" w:rsidR="00A441C6" w:rsidRDefault="00000000">
            <w:r>
              <w:rPr>
                <w:sz w:val="14"/>
              </w:rPr>
              <w:t>A B C D E F</w:t>
            </w:r>
          </w:p>
        </w:tc>
      </w:tr>
      <w:tr w:rsidR="00A441C6" w14:paraId="6148A67B" w14:textId="77777777">
        <w:trPr>
          <w:jc w:val="center"/>
        </w:trPr>
        <w:tc>
          <w:tcPr>
            <w:tcW w:w="2578" w:type="dxa"/>
            <w:shd w:val="clear" w:color="auto" w:fill="E9E9E9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C1BB9B0" w14:textId="77777777" w:rsidR="00A441C6" w:rsidRDefault="00000000">
            <w:r>
              <w:rPr>
                <w:b/>
                <w:sz w:val="14"/>
              </w:rPr>
              <w:t>Seniors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EAF7214" w14:textId="77777777" w:rsidR="00A441C6" w:rsidRDefault="00000000">
            <w:r>
              <w:rPr>
                <w:sz w:val="14"/>
              </w:rPr>
              <w:t>-50 / -55 / -61 / -68 / +68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BB81445" w14:textId="77777777" w:rsidR="00A441C6" w:rsidRDefault="00000000">
            <w:r>
              <w:rPr>
                <w:sz w:val="14"/>
              </w:rPr>
              <w:t>-60 / -67 / -75 / -84 / +84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FEEA54F" w14:textId="77777777" w:rsidR="00A441C6" w:rsidRDefault="00000000">
            <w:r>
              <w:rPr>
                <w:sz w:val="14"/>
              </w:rPr>
              <w:t>A B C D E F</w:t>
            </w:r>
          </w:p>
        </w:tc>
      </w:tr>
      <w:tr w:rsidR="00A441C6" w14:paraId="4469D967" w14:textId="77777777">
        <w:trPr>
          <w:jc w:val="center"/>
        </w:trPr>
        <w:tc>
          <w:tcPr>
            <w:tcW w:w="2578" w:type="dxa"/>
            <w:shd w:val="clear" w:color="auto" w:fill="E9E9E9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B27B445" w14:textId="77777777" w:rsidR="00A441C6" w:rsidRDefault="00000000">
            <w:r>
              <w:rPr>
                <w:b/>
                <w:sz w:val="14"/>
              </w:rPr>
              <w:t>Masters 30-39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D3B9101" w14:textId="77777777" w:rsidR="00A441C6" w:rsidRDefault="00000000">
            <w:r>
              <w:rPr>
                <w:sz w:val="14"/>
              </w:rPr>
              <w:t>-60 / +60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136E0AD" w14:textId="77777777" w:rsidR="00A441C6" w:rsidRDefault="00000000">
            <w:r>
              <w:rPr>
                <w:sz w:val="14"/>
              </w:rPr>
              <w:t>-80 / +80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1563CDD" w14:textId="77777777" w:rsidR="00A441C6" w:rsidRDefault="00000000">
            <w:r>
              <w:rPr>
                <w:sz w:val="14"/>
              </w:rPr>
              <w:t>A B C D E F</w:t>
            </w:r>
          </w:p>
        </w:tc>
      </w:tr>
      <w:tr w:rsidR="00A441C6" w14:paraId="1E804010" w14:textId="77777777">
        <w:trPr>
          <w:jc w:val="center"/>
        </w:trPr>
        <w:tc>
          <w:tcPr>
            <w:tcW w:w="2578" w:type="dxa"/>
            <w:shd w:val="clear" w:color="auto" w:fill="E9E9E9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BC62C92" w14:textId="77777777" w:rsidR="00A441C6" w:rsidRDefault="00000000">
            <w:r>
              <w:rPr>
                <w:b/>
                <w:sz w:val="14"/>
              </w:rPr>
              <w:t>Masters 40-49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CA8A2F2" w14:textId="77777777" w:rsidR="00A441C6" w:rsidRDefault="00000000">
            <w:r>
              <w:rPr>
                <w:sz w:val="14"/>
              </w:rPr>
              <w:t>-60 / +60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C8009D0" w14:textId="77777777" w:rsidR="00A441C6" w:rsidRDefault="00000000">
            <w:r>
              <w:rPr>
                <w:sz w:val="14"/>
              </w:rPr>
              <w:t>-80 / +80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705399D" w14:textId="77777777" w:rsidR="00A441C6" w:rsidRDefault="00000000">
            <w:r>
              <w:rPr>
                <w:sz w:val="14"/>
              </w:rPr>
              <w:t>A B C D E F</w:t>
            </w:r>
          </w:p>
        </w:tc>
      </w:tr>
      <w:tr w:rsidR="00A441C6" w14:paraId="2E678872" w14:textId="77777777">
        <w:trPr>
          <w:jc w:val="center"/>
        </w:trPr>
        <w:tc>
          <w:tcPr>
            <w:tcW w:w="2578" w:type="dxa"/>
            <w:shd w:val="clear" w:color="auto" w:fill="E9E9E9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9265B63" w14:textId="77777777" w:rsidR="00A441C6" w:rsidRDefault="00000000">
            <w:r>
              <w:rPr>
                <w:b/>
                <w:sz w:val="14"/>
              </w:rPr>
              <w:t>Masters 50+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F8CB9F0" w14:textId="77777777" w:rsidR="00A441C6" w:rsidRDefault="00000000">
            <w:r>
              <w:rPr>
                <w:sz w:val="14"/>
              </w:rPr>
              <w:t>-60 / +60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4C5DEEA" w14:textId="77777777" w:rsidR="00A441C6" w:rsidRDefault="00000000">
            <w:r>
              <w:rPr>
                <w:sz w:val="14"/>
              </w:rPr>
              <w:t>-80 / +80 kg</w:t>
            </w:r>
          </w:p>
        </w:tc>
        <w:tc>
          <w:tcPr>
            <w:tcW w:w="2578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6058FB9" w14:textId="77777777" w:rsidR="00A441C6" w:rsidRDefault="00000000">
            <w:r>
              <w:rPr>
                <w:sz w:val="14"/>
              </w:rPr>
              <w:t>A B C D E F</w:t>
            </w:r>
          </w:p>
        </w:tc>
      </w:tr>
    </w:tbl>
    <w:p w14:paraId="54EA47E4" w14:textId="77777777" w:rsidR="00C836A3" w:rsidRDefault="00C836A3"/>
    <w:sectPr w:rsidR="00C836A3" w:rsidSect="00034616">
      <w:footerReference w:type="default" r:id="rId9"/>
      <w:pgSz w:w="12240" w:h="15840"/>
      <w:pgMar w:top="907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D0976" w14:textId="77777777" w:rsidR="00A76759" w:rsidRDefault="00A76759">
      <w:pPr>
        <w:spacing w:after="0" w:line="240" w:lineRule="auto"/>
      </w:pPr>
      <w:r>
        <w:separator/>
      </w:r>
    </w:p>
  </w:endnote>
  <w:endnote w:type="continuationSeparator" w:id="0">
    <w:p w14:paraId="6519C8A2" w14:textId="77777777" w:rsidR="00A76759" w:rsidRDefault="00A7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4C2E7" w14:textId="77777777" w:rsidR="00A441C6" w:rsidRDefault="00000000">
    <w:pPr>
      <w:pStyle w:val="Fuzeile"/>
      <w:jc w:val="center"/>
    </w:pPr>
    <w:r>
      <w:rPr>
        <w:color w:val="787878"/>
        <w:sz w:val="15"/>
      </w:rPr>
      <w:t>INTERNATIONAL GERMAN WADO CUP 2026 · BERLIN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A459D" w14:textId="77777777" w:rsidR="00A76759" w:rsidRDefault="00A76759">
      <w:pPr>
        <w:spacing w:after="0" w:line="240" w:lineRule="auto"/>
      </w:pPr>
      <w:r>
        <w:separator/>
      </w:r>
    </w:p>
  </w:footnote>
  <w:footnote w:type="continuationSeparator" w:id="0">
    <w:p w14:paraId="78DF2476" w14:textId="77777777" w:rsidR="00A76759" w:rsidRDefault="00A76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1281611">
    <w:abstractNumId w:val="8"/>
  </w:num>
  <w:num w:numId="2" w16cid:durableId="286546013">
    <w:abstractNumId w:val="6"/>
  </w:num>
  <w:num w:numId="3" w16cid:durableId="1511014">
    <w:abstractNumId w:val="5"/>
  </w:num>
  <w:num w:numId="4" w16cid:durableId="1711109264">
    <w:abstractNumId w:val="4"/>
  </w:num>
  <w:num w:numId="5" w16cid:durableId="2103187608">
    <w:abstractNumId w:val="7"/>
  </w:num>
  <w:num w:numId="6" w16cid:durableId="836728488">
    <w:abstractNumId w:val="3"/>
  </w:num>
  <w:num w:numId="7" w16cid:durableId="471220616">
    <w:abstractNumId w:val="2"/>
  </w:num>
  <w:num w:numId="8" w16cid:durableId="1554660831">
    <w:abstractNumId w:val="1"/>
  </w:num>
  <w:num w:numId="9" w16cid:durableId="1790204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C07"/>
    <w:rsid w:val="0015074B"/>
    <w:rsid w:val="001D43D8"/>
    <w:rsid w:val="0029639D"/>
    <w:rsid w:val="00326F90"/>
    <w:rsid w:val="009E062C"/>
    <w:rsid w:val="00A441C6"/>
    <w:rsid w:val="00A76759"/>
    <w:rsid w:val="00AA1D8D"/>
    <w:rsid w:val="00B47730"/>
    <w:rsid w:val="00B9298B"/>
    <w:rsid w:val="00C836A3"/>
    <w:rsid w:val="00CB0664"/>
    <w:rsid w:val="00DA29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30A5A9"/>
  <w14:defaultImageDpi w14:val="300"/>
  <w15:docId w15:val="{0F54B10B-D0B9-4FF0-A138-18381D58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ptos" w:hAnsi="Aptos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1414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41414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41414"/>
      <w:spacing w:val="5"/>
      <w:kern w:val="28"/>
      <w:sz w:val="5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Boris Mahn</cp:lastModifiedBy>
  <cp:revision>4</cp:revision>
  <cp:lastPrinted>2026-08-20T08:08:00Z</cp:lastPrinted>
  <dcterms:created xsi:type="dcterms:W3CDTF">2026-08-19T09:48:00Z</dcterms:created>
  <dcterms:modified xsi:type="dcterms:W3CDTF">2026-08-20T08:09:00Z</dcterms:modified>
  <cp:category/>
</cp:coreProperties>
</file>